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C6EA" w14:textId="77777777" w:rsidR="00325698" w:rsidRDefault="00026596">
      <w:pPr>
        <w:jc w:val="center"/>
      </w:pPr>
      <w:r>
        <w:rPr>
          <w:b/>
          <w:sz w:val="32"/>
        </w:rPr>
        <w:t>Academic &amp; Professional Conference Travel Award</w:t>
      </w:r>
      <w:r>
        <w:rPr>
          <w:b/>
          <w:sz w:val="32"/>
        </w:rPr>
        <w:br/>
        <w:t>Post-Conference Report and Funding Accountability Form</w:t>
      </w:r>
    </w:p>
    <w:p w14:paraId="12DC6A97" w14:textId="77777777" w:rsidR="00325698" w:rsidRDefault="00026596">
      <w:r>
        <w:rPr>
          <w:b/>
        </w:rPr>
        <w:t xml:space="preserve">Purpose: </w:t>
      </w:r>
      <w:r>
        <w:t>This report documents the educational and professional benefits gained through participation in a conference, workshop, symposium, competition, or other approved event funded through the Travel Award Program.</w:t>
      </w:r>
    </w:p>
    <w:p w14:paraId="231B11BF" w14:textId="77777777" w:rsidR="00325698" w:rsidRDefault="00026596">
      <w:pPr>
        <w:pStyle w:val="Heading1"/>
      </w:pPr>
      <w:r>
        <w:t>Student Information</w:t>
      </w:r>
    </w:p>
    <w:p w14:paraId="7331AC92" w14:textId="6D648186" w:rsidR="00325698" w:rsidRDefault="2C4E58E5">
      <w:r>
        <w:t>Name: ____________________</w:t>
      </w:r>
      <w:r w:rsidR="00026596">
        <w:br/>
      </w:r>
      <w:r>
        <w:t>Student ID: ____________________</w:t>
      </w:r>
      <w:r w:rsidR="00026596">
        <w:br/>
      </w:r>
      <w:r>
        <w:t>Major/Program: ____________________</w:t>
      </w:r>
      <w:r w:rsidR="00026596">
        <w:br/>
      </w:r>
      <w:r>
        <w:t>Email: ____________________</w:t>
      </w:r>
    </w:p>
    <w:p w14:paraId="65B17078" w14:textId="77777777" w:rsidR="00325698" w:rsidRDefault="00026596">
      <w:pPr>
        <w:pStyle w:val="Heading1"/>
      </w:pPr>
      <w:r>
        <w:t>Conference/Event Information</w:t>
      </w:r>
    </w:p>
    <w:p w14:paraId="0C727320" w14:textId="3C0261BD" w:rsidR="00325698" w:rsidRDefault="2C4E58E5">
      <w:r>
        <w:t>Conference/Event Name: ____________________</w:t>
      </w:r>
      <w:r w:rsidR="00026596">
        <w:br/>
      </w:r>
      <w:r>
        <w:t>Location: ____________________</w:t>
      </w:r>
      <w:r w:rsidR="00026596">
        <w:br/>
      </w:r>
      <w:r>
        <w:t>Dates Attended: ____________________</w:t>
      </w:r>
      <w:r w:rsidR="00026596">
        <w:br/>
      </w:r>
      <w:r>
        <w:t>Total Travel Award Amount Received: $________</w:t>
      </w:r>
      <w:r w:rsidR="00026596">
        <w:br/>
      </w:r>
    </w:p>
    <w:p w14:paraId="1D35B0AD" w14:textId="77777777" w:rsidR="00325698" w:rsidRDefault="00026596">
      <w:pPr>
        <w:pStyle w:val="Heading1"/>
      </w:pPr>
      <w:r>
        <w:t>Participation Summary</w:t>
      </w:r>
    </w:p>
    <w:p w14:paraId="474A746A" w14:textId="77777777" w:rsidR="00325698" w:rsidRDefault="00026596">
      <w:r>
        <w:t>Role (check one): Attendee / Presenter / Poster Presenter / Panelist / Competitor / Organization Representative / Other</w:t>
      </w:r>
    </w:p>
    <w:p w14:paraId="626953A9" w14:textId="7C9DF13D" w:rsidR="00325698" w:rsidRDefault="00026596">
      <w:r>
        <w:t>If applicable, describe your presentation, participation, or competition involvement:</w:t>
      </w:r>
      <w:r>
        <w:br/>
      </w:r>
    </w:p>
    <w:p w14:paraId="0799489B" w14:textId="77777777" w:rsidR="00325698" w:rsidRDefault="00026596">
      <w:pPr>
        <w:pStyle w:val="Heading1"/>
      </w:pPr>
      <w:r>
        <w:t>Learning Outcomes</w:t>
      </w:r>
    </w:p>
    <w:p w14:paraId="7D11A710" w14:textId="451C5998" w:rsidR="00325698" w:rsidRDefault="00026596">
      <w:r>
        <w:t>1. What were the primary educational or professional benefits you gained?</w:t>
      </w:r>
      <w:r>
        <w:br/>
      </w:r>
      <w:r>
        <w:br/>
      </w:r>
      <w:r>
        <w:br/>
      </w:r>
    </w:p>
    <w:p w14:paraId="22C29BAF" w14:textId="6BA5E5CC" w:rsidR="00325698" w:rsidRDefault="00026596">
      <w:r>
        <w:t>2. Describe three key concepts, skills, trends, or best practices learned.</w:t>
      </w:r>
      <w:r>
        <w:br/>
      </w:r>
      <w:r>
        <w:br/>
      </w:r>
      <w:r>
        <w:br/>
      </w:r>
    </w:p>
    <w:p w14:paraId="10BAE33C" w14:textId="77777777" w:rsidR="00E73BD8" w:rsidRDefault="00E73BD8"/>
    <w:p w14:paraId="35AA1A42" w14:textId="18835E66" w:rsidR="00325698" w:rsidRDefault="00026596">
      <w:r>
        <w:t>3. Which session, presentation, workshop, or activity had the greatest impact and why?</w:t>
      </w:r>
      <w:r>
        <w:br/>
      </w:r>
      <w:r>
        <w:br/>
      </w:r>
      <w:r>
        <w:br/>
      </w:r>
    </w:p>
    <w:p w14:paraId="08C57CB6" w14:textId="599421E2" w:rsidR="00325698" w:rsidRDefault="00026596">
      <w:r>
        <w:t>4. How does this experience relate to your academic studies, career goals, leadership development, or professional interests?</w:t>
      </w:r>
      <w:r>
        <w:br/>
      </w:r>
      <w:r>
        <w:br/>
      </w:r>
      <w:r>
        <w:br/>
      </w:r>
    </w:p>
    <w:p w14:paraId="43ECEB17" w14:textId="77777777" w:rsidR="00325698" w:rsidRDefault="00026596">
      <w:pPr>
        <w:pStyle w:val="Heading1"/>
      </w:pPr>
      <w:r>
        <w:t>Networking and Professional Development</w:t>
      </w:r>
    </w:p>
    <w:p w14:paraId="3E7E39AA" w14:textId="3B442B95" w:rsidR="00325698" w:rsidRDefault="00026596">
      <w:r>
        <w:t>5. Describe meaningful networking opportunities, professional connections, or collaborations resulting from your attendance.</w:t>
      </w:r>
      <w:r>
        <w:br/>
      </w:r>
      <w:r>
        <w:br/>
      </w:r>
    </w:p>
    <w:p w14:paraId="1F9AD570" w14:textId="5BC278E1" w:rsidR="00325698" w:rsidRDefault="00026596">
      <w:r>
        <w:t>6. Did you connect with potential employers, graduate schools, professional organizations, or mentors? If yes, explain.</w:t>
      </w:r>
      <w:r>
        <w:br/>
      </w:r>
      <w:r>
        <w:br/>
      </w:r>
    </w:p>
    <w:p w14:paraId="0907F5A9" w14:textId="77777777" w:rsidR="00325698" w:rsidRDefault="00026596">
      <w:pPr>
        <w:pStyle w:val="Heading1"/>
      </w:pPr>
      <w:r>
        <w:t>Institutional Impact</w:t>
      </w:r>
    </w:p>
    <w:p w14:paraId="11F7C192" w14:textId="4FC22B87" w:rsidR="00325698" w:rsidRDefault="00026596">
      <w:r>
        <w:t>7. How will you share what you learned with the campus community?</w:t>
      </w:r>
      <w:r>
        <w:br/>
      </w:r>
      <w:r>
        <w:br/>
      </w:r>
    </w:p>
    <w:p w14:paraId="680D4ACA" w14:textId="6EB1B974" w:rsidR="00325698" w:rsidRDefault="00026596">
      <w:r>
        <w:t>8. Explain how your experience contributes to the mission, values, or goals of the institution.</w:t>
      </w:r>
      <w:r>
        <w:br/>
      </w:r>
      <w:r>
        <w:br/>
      </w:r>
    </w:p>
    <w:p w14:paraId="1701FC3A" w14:textId="77777777" w:rsidR="00325698" w:rsidRDefault="00026596">
      <w:pPr>
        <w:pStyle w:val="Heading1"/>
      </w:pPr>
      <w:r>
        <w:t>Reflection</w:t>
      </w:r>
    </w:p>
    <w:p w14:paraId="39D3EE87" w14:textId="6147EF51" w:rsidR="00325698" w:rsidRDefault="00026596">
      <w:r>
        <w:t>9. Reflect on the overall impact of this experience on your personal, academic, and/or professional growth.</w:t>
      </w:r>
      <w:r>
        <w:br/>
      </w:r>
      <w:r>
        <w:br/>
      </w:r>
      <w:r>
        <w:br/>
      </w:r>
      <w:r>
        <w:br/>
      </w:r>
    </w:p>
    <w:p w14:paraId="1F4F0D43" w14:textId="77777777" w:rsidR="00E73BD8" w:rsidRDefault="00E73BD8"/>
    <w:p w14:paraId="75F094EF" w14:textId="6CAC1CF5" w:rsidR="00325698" w:rsidRDefault="00026596">
      <w:pPr>
        <w:pStyle w:val="Heading1"/>
      </w:pPr>
      <w:r>
        <w:t>Supporting Documentation</w:t>
      </w:r>
    </w:p>
    <w:p w14:paraId="71395CAF" w14:textId="77777777" w:rsidR="00325698" w:rsidRDefault="00026596">
      <w:r>
        <w:t>Attach if available: conference agenda/program, presentation materials, certificate of attendance, conference badge or registration confirmation, photos, and other relevant documentation.</w:t>
      </w:r>
    </w:p>
    <w:p w14:paraId="6DE007D1" w14:textId="77777777" w:rsidR="00325698" w:rsidRDefault="00026596">
      <w:pPr>
        <w:pStyle w:val="Heading1"/>
      </w:pPr>
      <w:r>
        <w:t>Student Certification</w:t>
      </w:r>
    </w:p>
    <w:p w14:paraId="098BA7A1" w14:textId="77777777" w:rsidR="00325698" w:rsidRDefault="00026596">
      <w:r>
        <w:t>I certify that I attended the conference/event listed above and that the information provided is accurate and complete.</w:t>
      </w:r>
    </w:p>
    <w:p w14:paraId="02FE7B64" w14:textId="3F5DEBD0" w:rsidR="00325698" w:rsidRDefault="2C4E58E5">
      <w:r>
        <w:t>Student Signature: ___________________________________________________________    Date: __________</w:t>
      </w:r>
    </w:p>
    <w:p w14:paraId="6F7EC188" w14:textId="77777777" w:rsidR="00325698" w:rsidRDefault="00026596">
      <w:pPr>
        <w:pStyle w:val="Heading1"/>
      </w:pPr>
      <w:r>
        <w:t>Office Use Only</w:t>
      </w:r>
    </w:p>
    <w:p w14:paraId="502DCE47" w14:textId="77777777" w:rsidR="00325698" w:rsidRDefault="00026596">
      <w:r>
        <w:t>Report Submitted Date: __________</w:t>
      </w:r>
      <w:r>
        <w:br/>
        <w:t>Documentation Received: Yes / No</w:t>
      </w:r>
      <w:r>
        <w:br/>
        <w:t>Report Reviewed By: __________</w:t>
      </w:r>
      <w:r>
        <w:br/>
        <w:t>Comments: ____________________</w:t>
      </w:r>
      <w:r>
        <w:br/>
        <w:t>Status: Complete / Incomplete / Follow-Up Required</w:t>
      </w:r>
    </w:p>
    <w:sectPr w:rsidR="00325698" w:rsidSect="00034616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59B8" w14:textId="77777777" w:rsidR="00573AFB" w:rsidRDefault="00573AFB" w:rsidP="00E73BD8">
      <w:pPr>
        <w:spacing w:after="0" w:line="240" w:lineRule="auto"/>
      </w:pPr>
      <w:r>
        <w:separator/>
      </w:r>
    </w:p>
  </w:endnote>
  <w:endnote w:type="continuationSeparator" w:id="0">
    <w:p w14:paraId="17FFB214" w14:textId="77777777" w:rsidR="00573AFB" w:rsidRDefault="00573AFB" w:rsidP="00E7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6758" w14:textId="77777777" w:rsidR="00573AFB" w:rsidRDefault="00573AFB" w:rsidP="00E73BD8">
      <w:pPr>
        <w:spacing w:after="0" w:line="240" w:lineRule="auto"/>
      </w:pPr>
      <w:r>
        <w:separator/>
      </w:r>
    </w:p>
  </w:footnote>
  <w:footnote w:type="continuationSeparator" w:id="0">
    <w:p w14:paraId="24649995" w14:textId="77777777" w:rsidR="00573AFB" w:rsidRDefault="00573AFB" w:rsidP="00E73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98EE" w14:textId="6F1CF9EC" w:rsidR="00E73BD8" w:rsidRDefault="00E73BD8" w:rsidP="00E73BD8">
    <w:pPr>
      <w:pStyle w:val="Header"/>
      <w:jc w:val="center"/>
    </w:pPr>
    <w:r>
      <w:rPr>
        <w:rFonts w:ascii="Lucida Sans Unicode" w:hAnsi="Lucida Sans Unicode" w:cs="Lucida Sans Unicode"/>
        <w:noProof/>
        <w:color w:val="424242"/>
        <w:sz w:val="20"/>
        <w:szCs w:val="20"/>
        <w:lang w:val="en"/>
      </w:rPr>
      <w:drawing>
        <wp:inline distT="0" distB="0" distL="0" distR="0" wp14:anchorId="5056C424" wp14:editId="5EAEB32F">
          <wp:extent cx="2905125" cy="781050"/>
          <wp:effectExtent l="0" t="0" r="9525" b="0"/>
          <wp:docPr id="1731948646" name="Picture 1" descr="University of Maryland School of Nursing">
            <a:extLst xmlns:a="http://schemas.openxmlformats.org/drawingml/2006/main">
              <a:ext uri="{FF2B5EF4-FFF2-40B4-BE49-F238E27FC236}">
                <a16:creationId xmlns:a16="http://schemas.microsoft.com/office/drawing/2014/main" id="{2D730B8B-F16C-401A-90A9-040526DB2D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of Maryland School of Nurs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0943794">
    <w:abstractNumId w:val="4"/>
  </w:num>
  <w:num w:numId="2" w16cid:durableId="1332217312">
    <w:abstractNumId w:val="6"/>
  </w:num>
  <w:num w:numId="3" w16cid:durableId="1693142155">
    <w:abstractNumId w:val="7"/>
  </w:num>
  <w:num w:numId="4" w16cid:durableId="1776974591">
    <w:abstractNumId w:val="1"/>
  </w:num>
  <w:num w:numId="5" w16cid:durableId="1963029232">
    <w:abstractNumId w:val="3"/>
  </w:num>
  <w:num w:numId="6" w16cid:durableId="2009940972">
    <w:abstractNumId w:val="2"/>
  </w:num>
  <w:num w:numId="7" w16cid:durableId="27606970">
    <w:abstractNumId w:val="8"/>
  </w:num>
  <w:num w:numId="8" w16cid:durableId="399331133">
    <w:abstractNumId w:val="5"/>
  </w:num>
  <w:num w:numId="9" w16cid:durableId="84570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596"/>
    <w:rsid w:val="00034616"/>
    <w:rsid w:val="00053B01"/>
    <w:rsid w:val="0006063C"/>
    <w:rsid w:val="000B6C1D"/>
    <w:rsid w:val="000E7AF1"/>
    <w:rsid w:val="0015074B"/>
    <w:rsid w:val="00241B9B"/>
    <w:rsid w:val="0029639D"/>
    <w:rsid w:val="00325698"/>
    <w:rsid w:val="00326F90"/>
    <w:rsid w:val="00385F83"/>
    <w:rsid w:val="003C7CBC"/>
    <w:rsid w:val="00481E87"/>
    <w:rsid w:val="00490462"/>
    <w:rsid w:val="00564A21"/>
    <w:rsid w:val="00573AFB"/>
    <w:rsid w:val="006C484C"/>
    <w:rsid w:val="007C2F73"/>
    <w:rsid w:val="007C4443"/>
    <w:rsid w:val="007E5996"/>
    <w:rsid w:val="007E6702"/>
    <w:rsid w:val="007F1333"/>
    <w:rsid w:val="0081613E"/>
    <w:rsid w:val="009164B1"/>
    <w:rsid w:val="00981DB8"/>
    <w:rsid w:val="009C5972"/>
    <w:rsid w:val="00A30E68"/>
    <w:rsid w:val="00A337E3"/>
    <w:rsid w:val="00AA1D8D"/>
    <w:rsid w:val="00B47730"/>
    <w:rsid w:val="00C97C17"/>
    <w:rsid w:val="00CB0664"/>
    <w:rsid w:val="00E43F75"/>
    <w:rsid w:val="00E7318A"/>
    <w:rsid w:val="00E73BD8"/>
    <w:rsid w:val="00F229B9"/>
    <w:rsid w:val="00FC693F"/>
    <w:rsid w:val="0DB9AE59"/>
    <w:rsid w:val="2206949F"/>
    <w:rsid w:val="2C4E58E5"/>
    <w:rsid w:val="4005E152"/>
    <w:rsid w:val="42BFA137"/>
    <w:rsid w:val="50DAB491"/>
    <w:rsid w:val="65B73FAF"/>
    <w:rsid w:val="680B4BBE"/>
    <w:rsid w:val="696380B6"/>
    <w:rsid w:val="7DAA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6E0AE067-1B1C-4077-BC12-FDB4950F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nursing.umaryland.edu/sites/all/themes/umson2011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2149</Characters>
  <Application>Microsoft Office Word</Application>
  <DocSecurity>4</DocSecurity>
  <Lines>17</Lines>
  <Paragraphs>5</Paragraphs>
  <ScaleCrop>false</ScaleCrop>
  <Manager/>
  <Company/>
  <LinksUpToDate>false</LinksUpToDate>
  <CharactersWithSpaces>2520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Chantelle</dc:creator>
  <cp:keywords/>
  <dc:description>generated by python-docx</dc:description>
  <cp:lastModifiedBy>Merino, Erin</cp:lastModifiedBy>
  <cp:revision>2</cp:revision>
  <dcterms:created xsi:type="dcterms:W3CDTF">2026-08-11T15:13:00Z</dcterms:created>
  <dcterms:modified xsi:type="dcterms:W3CDTF">2026-08-11T15:13:00Z</dcterms:modified>
  <cp:category/>
</cp:coreProperties>
</file>